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5F090" w14:textId="08FDFF81" w:rsidR="00562CD4" w:rsidRDefault="00F00428">
      <w:r>
        <w:rPr>
          <w:noProof/>
        </w:rPr>
        <w:drawing>
          <wp:anchor distT="0" distB="0" distL="114300" distR="114300" simplePos="0" relativeHeight="251658240" behindDoc="0" locked="0" layoutInCell="1" allowOverlap="1" wp14:anchorId="15C54CB2" wp14:editId="1431A385">
            <wp:simplePos x="0" y="0"/>
            <wp:positionH relativeFrom="margin">
              <wp:posOffset>3191934</wp:posOffset>
            </wp:positionH>
            <wp:positionV relativeFrom="paragraph">
              <wp:posOffset>0</wp:posOffset>
            </wp:positionV>
            <wp:extent cx="2616200" cy="700405"/>
            <wp:effectExtent l="0" t="0" r="0" b="4445"/>
            <wp:wrapSquare wrapText="bothSides"/>
            <wp:docPr id="1710826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826806" name="Picture 1710826806"/>
                    <pic:cNvPicPr/>
                  </pic:nvPicPr>
                  <pic:blipFill>
                    <a:blip r:embed="rId6"/>
                    <a:stretch>
                      <a:fillRect/>
                    </a:stretch>
                  </pic:blipFill>
                  <pic:spPr>
                    <a:xfrm>
                      <a:off x="0" y="0"/>
                      <a:ext cx="2616200" cy="700405"/>
                    </a:xfrm>
                    <a:prstGeom prst="rect">
                      <a:avLst/>
                    </a:prstGeom>
                  </pic:spPr>
                </pic:pic>
              </a:graphicData>
            </a:graphic>
            <wp14:sizeRelH relativeFrom="margin">
              <wp14:pctWidth>0</wp14:pctWidth>
            </wp14:sizeRelH>
            <wp14:sizeRelV relativeFrom="margin">
              <wp14:pctHeight>0</wp14:pctHeight>
            </wp14:sizeRelV>
          </wp:anchor>
        </w:drawing>
      </w:r>
      <w:r>
        <w:rPr>
          <w:b/>
          <w:sz w:val="40"/>
        </w:rPr>
        <w:t>Sartori1948 LLC – Credit Application Form</w:t>
      </w:r>
    </w:p>
    <w:p w14:paraId="593AB9B9" w14:textId="73E979AF" w:rsidR="00562CD4" w:rsidRDefault="00F00428">
      <w:r>
        <w:rPr>
          <w:i/>
        </w:rPr>
        <w:t xml:space="preserve">1398 Salem Rd, Morganton, NC 28655 • 561-704-1964 • </w:t>
      </w:r>
      <w:hyperlink r:id="rId7" w:history="1">
        <w:r w:rsidR="00D66E0D" w:rsidRPr="00C4347E">
          <w:rPr>
            <w:rStyle w:val="Hyperlink"/>
            <w:i/>
          </w:rPr>
          <w:t>neil@sartori1948.com</w:t>
        </w:r>
      </w:hyperlink>
      <w:r w:rsidR="00D66E0D">
        <w:rPr>
          <w:i/>
        </w:rPr>
        <w:t xml:space="preserve"> </w:t>
      </w:r>
      <w:hyperlink r:id="rId8" w:history="1">
        <w:r w:rsidR="00D66E0D" w:rsidRPr="00C4347E">
          <w:rPr>
            <w:rStyle w:val="Hyperlink"/>
            <w:i/>
          </w:rPr>
          <w:t>www.sartori1948.com</w:t>
        </w:r>
      </w:hyperlink>
      <w:r w:rsidR="00D66E0D">
        <w:rPr>
          <w:i/>
        </w:rPr>
        <w:tab/>
      </w:r>
    </w:p>
    <w:p w14:paraId="3CF3E053" w14:textId="63247734" w:rsidR="00562CD4" w:rsidRDefault="00562CD4"/>
    <w:p w14:paraId="72F19C20" w14:textId="77777777" w:rsidR="00562CD4" w:rsidRDefault="00F00428">
      <w:r>
        <w:rPr>
          <w:b/>
          <w:sz w:val="24"/>
        </w:rPr>
        <w:t>1. Business Information</w:t>
      </w:r>
    </w:p>
    <w:tbl>
      <w:tblPr>
        <w:tblW w:w="0" w:type="auto"/>
        <w:tblLook w:val="04A0" w:firstRow="1" w:lastRow="0" w:firstColumn="1" w:lastColumn="0" w:noHBand="0" w:noVBand="1"/>
      </w:tblPr>
      <w:tblGrid>
        <w:gridCol w:w="2997"/>
        <w:gridCol w:w="5643"/>
      </w:tblGrid>
      <w:tr w:rsidR="00562CD4" w14:paraId="03EAE7ED" w14:textId="77777777">
        <w:tc>
          <w:tcPr>
            <w:tcW w:w="3168" w:type="dxa"/>
          </w:tcPr>
          <w:p w14:paraId="39FF7EDF" w14:textId="77777777" w:rsidR="00562CD4" w:rsidRDefault="00F00428">
            <w:r>
              <w:t>Legal Business Name:</w:t>
            </w:r>
          </w:p>
        </w:tc>
        <w:tc>
          <w:tcPr>
            <w:tcW w:w="6480" w:type="dxa"/>
          </w:tcPr>
          <w:p w14:paraId="19B3059C" w14:textId="77777777" w:rsidR="00562CD4" w:rsidRDefault="00562CD4"/>
        </w:tc>
      </w:tr>
      <w:tr w:rsidR="00562CD4" w14:paraId="0D22FCD9" w14:textId="77777777">
        <w:tc>
          <w:tcPr>
            <w:tcW w:w="3168" w:type="dxa"/>
          </w:tcPr>
          <w:p w14:paraId="65D00FB1" w14:textId="77777777" w:rsidR="00562CD4" w:rsidRDefault="00F00428">
            <w:r>
              <w:t>Trade Name (if different):</w:t>
            </w:r>
          </w:p>
        </w:tc>
        <w:tc>
          <w:tcPr>
            <w:tcW w:w="6480" w:type="dxa"/>
          </w:tcPr>
          <w:p w14:paraId="79F6D3A9" w14:textId="77777777" w:rsidR="00562CD4" w:rsidRDefault="00562CD4"/>
        </w:tc>
      </w:tr>
      <w:tr w:rsidR="00562CD4" w14:paraId="74F6788F" w14:textId="77777777">
        <w:tc>
          <w:tcPr>
            <w:tcW w:w="3168" w:type="dxa"/>
          </w:tcPr>
          <w:p w14:paraId="124ACD74" w14:textId="77777777" w:rsidR="00562CD4" w:rsidRDefault="00F00428">
            <w:r>
              <w:t>Type of Business:</w:t>
            </w:r>
          </w:p>
        </w:tc>
        <w:tc>
          <w:tcPr>
            <w:tcW w:w="6480" w:type="dxa"/>
          </w:tcPr>
          <w:p w14:paraId="5AB88C98" w14:textId="77777777" w:rsidR="00562CD4" w:rsidRDefault="00F00428">
            <w:r>
              <w:t>☐</w:t>
            </w:r>
            <w:r>
              <w:t xml:space="preserve"> Corporation   ☐ LLC   ☐ Partnership   ☐ Sole Proprietor</w:t>
            </w:r>
          </w:p>
        </w:tc>
      </w:tr>
      <w:tr w:rsidR="00562CD4" w14:paraId="32315878" w14:textId="77777777">
        <w:tc>
          <w:tcPr>
            <w:tcW w:w="3168" w:type="dxa"/>
          </w:tcPr>
          <w:p w14:paraId="2E7C01E2" w14:textId="77777777" w:rsidR="00562CD4" w:rsidRDefault="00F00428">
            <w:r>
              <w:t>Industry:</w:t>
            </w:r>
          </w:p>
        </w:tc>
        <w:tc>
          <w:tcPr>
            <w:tcW w:w="6480" w:type="dxa"/>
          </w:tcPr>
          <w:p w14:paraId="6660FF5C" w14:textId="77777777" w:rsidR="00562CD4" w:rsidRDefault="00562CD4"/>
        </w:tc>
      </w:tr>
      <w:tr w:rsidR="00562CD4" w14:paraId="7EB1142D" w14:textId="77777777">
        <w:tc>
          <w:tcPr>
            <w:tcW w:w="3168" w:type="dxa"/>
          </w:tcPr>
          <w:p w14:paraId="2A1BCA96" w14:textId="77777777" w:rsidR="00562CD4" w:rsidRDefault="00F00428">
            <w:r>
              <w:t>Billing Address – Street:</w:t>
            </w:r>
          </w:p>
        </w:tc>
        <w:tc>
          <w:tcPr>
            <w:tcW w:w="6480" w:type="dxa"/>
          </w:tcPr>
          <w:p w14:paraId="0737B1EA" w14:textId="77777777" w:rsidR="00562CD4" w:rsidRDefault="00562CD4"/>
        </w:tc>
      </w:tr>
      <w:tr w:rsidR="00562CD4" w14:paraId="55407A10" w14:textId="77777777">
        <w:tc>
          <w:tcPr>
            <w:tcW w:w="3168" w:type="dxa"/>
          </w:tcPr>
          <w:p w14:paraId="6A600F10" w14:textId="77777777" w:rsidR="00562CD4" w:rsidRDefault="00F00428">
            <w:r>
              <w:t>Billing City / State / Zip:</w:t>
            </w:r>
          </w:p>
        </w:tc>
        <w:tc>
          <w:tcPr>
            <w:tcW w:w="6480" w:type="dxa"/>
          </w:tcPr>
          <w:p w14:paraId="022EB773" w14:textId="77777777" w:rsidR="00562CD4" w:rsidRDefault="00562CD4"/>
        </w:tc>
      </w:tr>
      <w:tr w:rsidR="00562CD4" w14:paraId="2E5DA9F4" w14:textId="77777777">
        <w:tc>
          <w:tcPr>
            <w:tcW w:w="3168" w:type="dxa"/>
          </w:tcPr>
          <w:p w14:paraId="25979600" w14:textId="77777777" w:rsidR="00562CD4" w:rsidRDefault="00F00428">
            <w:r>
              <w:t>Shipping Address – Street:</w:t>
            </w:r>
          </w:p>
        </w:tc>
        <w:tc>
          <w:tcPr>
            <w:tcW w:w="6480" w:type="dxa"/>
          </w:tcPr>
          <w:p w14:paraId="436254D8" w14:textId="77777777" w:rsidR="00562CD4" w:rsidRDefault="00562CD4"/>
        </w:tc>
      </w:tr>
      <w:tr w:rsidR="00562CD4" w14:paraId="3A33DF77" w14:textId="77777777">
        <w:tc>
          <w:tcPr>
            <w:tcW w:w="3168" w:type="dxa"/>
          </w:tcPr>
          <w:p w14:paraId="5A4DB40E" w14:textId="77777777" w:rsidR="00562CD4" w:rsidRDefault="00F00428">
            <w:r>
              <w:t>Shipping City / State / Zip:</w:t>
            </w:r>
          </w:p>
        </w:tc>
        <w:tc>
          <w:tcPr>
            <w:tcW w:w="6480" w:type="dxa"/>
          </w:tcPr>
          <w:p w14:paraId="720162B0" w14:textId="77777777" w:rsidR="00562CD4" w:rsidRDefault="00562CD4"/>
        </w:tc>
      </w:tr>
      <w:tr w:rsidR="00562CD4" w14:paraId="48702029" w14:textId="77777777">
        <w:tc>
          <w:tcPr>
            <w:tcW w:w="3168" w:type="dxa"/>
          </w:tcPr>
          <w:p w14:paraId="7310B6DD" w14:textId="77777777" w:rsidR="00562CD4" w:rsidRDefault="00F00428">
            <w:r>
              <w:t>Phone:</w:t>
            </w:r>
          </w:p>
        </w:tc>
        <w:tc>
          <w:tcPr>
            <w:tcW w:w="6480" w:type="dxa"/>
          </w:tcPr>
          <w:p w14:paraId="634425EF" w14:textId="77777777" w:rsidR="00562CD4" w:rsidRDefault="00562CD4"/>
        </w:tc>
      </w:tr>
      <w:tr w:rsidR="00562CD4" w14:paraId="60FB6216" w14:textId="77777777">
        <w:tc>
          <w:tcPr>
            <w:tcW w:w="3168" w:type="dxa"/>
          </w:tcPr>
          <w:p w14:paraId="108E92AC" w14:textId="77777777" w:rsidR="00562CD4" w:rsidRDefault="00F00428">
            <w:r>
              <w:t>Email for Invoices/Statements:</w:t>
            </w:r>
          </w:p>
        </w:tc>
        <w:tc>
          <w:tcPr>
            <w:tcW w:w="6480" w:type="dxa"/>
          </w:tcPr>
          <w:p w14:paraId="489D98CA" w14:textId="77777777" w:rsidR="00562CD4" w:rsidRDefault="00562CD4"/>
        </w:tc>
      </w:tr>
    </w:tbl>
    <w:p w14:paraId="26EEC4A1" w14:textId="77777777" w:rsidR="00562CD4" w:rsidRDefault="00562CD4"/>
    <w:p w14:paraId="30FA17C6" w14:textId="77777777" w:rsidR="00562CD4" w:rsidRDefault="00F00428">
      <w:r>
        <w:rPr>
          <w:b/>
          <w:sz w:val="24"/>
        </w:rPr>
        <w:t>2. Business Details</w:t>
      </w:r>
    </w:p>
    <w:tbl>
      <w:tblPr>
        <w:tblW w:w="0" w:type="auto"/>
        <w:tblLook w:val="04A0" w:firstRow="1" w:lastRow="0" w:firstColumn="1" w:lastColumn="0" w:noHBand="0" w:noVBand="1"/>
      </w:tblPr>
      <w:tblGrid>
        <w:gridCol w:w="4320"/>
        <w:gridCol w:w="4320"/>
      </w:tblGrid>
      <w:tr w:rsidR="00562CD4" w14:paraId="7DC37634" w14:textId="77777777">
        <w:tc>
          <w:tcPr>
            <w:tcW w:w="4320" w:type="dxa"/>
          </w:tcPr>
          <w:p w14:paraId="056EE51E" w14:textId="77777777" w:rsidR="00562CD4" w:rsidRDefault="00F00428">
            <w:r>
              <w:t>Date Business Established:</w:t>
            </w:r>
          </w:p>
        </w:tc>
        <w:tc>
          <w:tcPr>
            <w:tcW w:w="4320" w:type="dxa"/>
          </w:tcPr>
          <w:p w14:paraId="0A586FBE" w14:textId="77777777" w:rsidR="00562CD4" w:rsidRDefault="00562CD4"/>
        </w:tc>
      </w:tr>
      <w:tr w:rsidR="00562CD4" w14:paraId="04299FB4" w14:textId="77777777">
        <w:tc>
          <w:tcPr>
            <w:tcW w:w="4320" w:type="dxa"/>
          </w:tcPr>
          <w:p w14:paraId="4E9AB335" w14:textId="77777777" w:rsidR="00562CD4" w:rsidRDefault="00F00428">
            <w:r>
              <w:t>Federal Tax ID:</w:t>
            </w:r>
          </w:p>
        </w:tc>
        <w:tc>
          <w:tcPr>
            <w:tcW w:w="4320" w:type="dxa"/>
          </w:tcPr>
          <w:p w14:paraId="1FD9DE15" w14:textId="77777777" w:rsidR="00562CD4" w:rsidRDefault="00562CD4"/>
        </w:tc>
      </w:tr>
      <w:tr w:rsidR="00562CD4" w14:paraId="78371754" w14:textId="77777777">
        <w:tc>
          <w:tcPr>
            <w:tcW w:w="4320" w:type="dxa"/>
          </w:tcPr>
          <w:p w14:paraId="4BE06839" w14:textId="77777777" w:rsidR="00562CD4" w:rsidRDefault="00F00428">
            <w:r>
              <w:t>DUNS Number (Required):</w:t>
            </w:r>
          </w:p>
        </w:tc>
        <w:tc>
          <w:tcPr>
            <w:tcW w:w="4320" w:type="dxa"/>
          </w:tcPr>
          <w:p w14:paraId="7B0B3682" w14:textId="77777777" w:rsidR="00562CD4" w:rsidRDefault="00562CD4"/>
        </w:tc>
      </w:tr>
      <w:tr w:rsidR="00562CD4" w14:paraId="6AB92EE8" w14:textId="77777777">
        <w:tc>
          <w:tcPr>
            <w:tcW w:w="4320" w:type="dxa"/>
          </w:tcPr>
          <w:p w14:paraId="7486E653" w14:textId="77777777" w:rsidR="00562CD4" w:rsidRDefault="00F00428">
            <w:r>
              <w:t>Resale/Tax Exemption # (attach certificate):</w:t>
            </w:r>
          </w:p>
        </w:tc>
        <w:tc>
          <w:tcPr>
            <w:tcW w:w="4320" w:type="dxa"/>
          </w:tcPr>
          <w:p w14:paraId="763F053F" w14:textId="77777777" w:rsidR="00562CD4" w:rsidRDefault="00562CD4"/>
        </w:tc>
      </w:tr>
      <w:tr w:rsidR="00562CD4" w14:paraId="5658B408" w14:textId="77777777">
        <w:tc>
          <w:tcPr>
            <w:tcW w:w="4320" w:type="dxa"/>
          </w:tcPr>
          <w:p w14:paraId="5D495F35" w14:textId="77777777" w:rsidR="00562CD4" w:rsidRDefault="00F00428">
            <w:r>
              <w:t>Estimated Monthly Purchases:</w:t>
            </w:r>
          </w:p>
        </w:tc>
        <w:tc>
          <w:tcPr>
            <w:tcW w:w="4320" w:type="dxa"/>
          </w:tcPr>
          <w:p w14:paraId="62D667CB" w14:textId="77777777" w:rsidR="00562CD4" w:rsidRDefault="00562CD4"/>
        </w:tc>
      </w:tr>
      <w:tr w:rsidR="00562CD4" w14:paraId="7B3647DB" w14:textId="77777777">
        <w:tc>
          <w:tcPr>
            <w:tcW w:w="4320" w:type="dxa"/>
          </w:tcPr>
          <w:p w14:paraId="23FF7638" w14:textId="77777777" w:rsidR="00562CD4" w:rsidRDefault="00F00428">
            <w:r>
              <w:t>Credit Amount Requested:</w:t>
            </w:r>
          </w:p>
        </w:tc>
        <w:tc>
          <w:tcPr>
            <w:tcW w:w="4320" w:type="dxa"/>
          </w:tcPr>
          <w:p w14:paraId="1A66F79F" w14:textId="77777777" w:rsidR="00562CD4" w:rsidRDefault="00562CD4"/>
        </w:tc>
      </w:tr>
    </w:tbl>
    <w:p w14:paraId="6C6F8621" w14:textId="77777777" w:rsidR="00562CD4" w:rsidRDefault="00562CD4"/>
    <w:p w14:paraId="33C25ABF" w14:textId="77777777" w:rsidR="00F00428" w:rsidRDefault="00F00428">
      <w:pPr>
        <w:rPr>
          <w:b/>
          <w:sz w:val="24"/>
        </w:rPr>
      </w:pPr>
    </w:p>
    <w:p w14:paraId="0D799DA5" w14:textId="275CF226" w:rsidR="00562CD4" w:rsidRDefault="00F00428">
      <w:r>
        <w:rPr>
          <w:b/>
          <w:sz w:val="24"/>
        </w:rPr>
        <w:t>3. Ownership / Officers</w:t>
      </w:r>
    </w:p>
    <w:tbl>
      <w:tblPr>
        <w:tblW w:w="0" w:type="auto"/>
        <w:tblLook w:val="04A0" w:firstRow="1" w:lastRow="0" w:firstColumn="1" w:lastColumn="0" w:noHBand="0" w:noVBand="1"/>
      </w:tblPr>
      <w:tblGrid>
        <w:gridCol w:w="1728"/>
        <w:gridCol w:w="1728"/>
        <w:gridCol w:w="1728"/>
        <w:gridCol w:w="1728"/>
        <w:gridCol w:w="1728"/>
      </w:tblGrid>
      <w:tr w:rsidR="00562CD4" w14:paraId="03FAFA6E" w14:textId="77777777">
        <w:tc>
          <w:tcPr>
            <w:tcW w:w="1728" w:type="dxa"/>
          </w:tcPr>
          <w:p w14:paraId="0DA18DF3" w14:textId="77777777" w:rsidR="00562CD4" w:rsidRDefault="00F00428">
            <w:r>
              <w:t>Name</w:t>
            </w:r>
          </w:p>
        </w:tc>
        <w:tc>
          <w:tcPr>
            <w:tcW w:w="1728" w:type="dxa"/>
          </w:tcPr>
          <w:p w14:paraId="09CF4FF0" w14:textId="77777777" w:rsidR="00562CD4" w:rsidRDefault="00F00428">
            <w:r>
              <w:t>Title</w:t>
            </w:r>
          </w:p>
        </w:tc>
        <w:tc>
          <w:tcPr>
            <w:tcW w:w="1728" w:type="dxa"/>
          </w:tcPr>
          <w:p w14:paraId="713A678D" w14:textId="77777777" w:rsidR="00562CD4" w:rsidRDefault="00F00428">
            <w:r>
              <w:t>% Ownership</w:t>
            </w:r>
          </w:p>
        </w:tc>
        <w:tc>
          <w:tcPr>
            <w:tcW w:w="1728" w:type="dxa"/>
          </w:tcPr>
          <w:p w14:paraId="68A3835B" w14:textId="77777777" w:rsidR="00562CD4" w:rsidRDefault="00F00428">
            <w:r>
              <w:t>Phone</w:t>
            </w:r>
          </w:p>
        </w:tc>
        <w:tc>
          <w:tcPr>
            <w:tcW w:w="1728" w:type="dxa"/>
          </w:tcPr>
          <w:p w14:paraId="63F33311" w14:textId="77777777" w:rsidR="00562CD4" w:rsidRDefault="00F00428">
            <w:r>
              <w:t>Email</w:t>
            </w:r>
          </w:p>
        </w:tc>
      </w:tr>
      <w:tr w:rsidR="00562CD4" w14:paraId="527DC95C" w14:textId="77777777">
        <w:tc>
          <w:tcPr>
            <w:tcW w:w="1728" w:type="dxa"/>
          </w:tcPr>
          <w:p w14:paraId="4E660CFA" w14:textId="77777777" w:rsidR="00562CD4" w:rsidRDefault="00562CD4"/>
        </w:tc>
        <w:tc>
          <w:tcPr>
            <w:tcW w:w="1728" w:type="dxa"/>
          </w:tcPr>
          <w:p w14:paraId="3C0CA372" w14:textId="77777777" w:rsidR="00562CD4" w:rsidRDefault="00562CD4"/>
        </w:tc>
        <w:tc>
          <w:tcPr>
            <w:tcW w:w="1728" w:type="dxa"/>
          </w:tcPr>
          <w:p w14:paraId="4BE710F9" w14:textId="77777777" w:rsidR="00562CD4" w:rsidRDefault="00562CD4"/>
        </w:tc>
        <w:tc>
          <w:tcPr>
            <w:tcW w:w="1728" w:type="dxa"/>
          </w:tcPr>
          <w:p w14:paraId="7A830203" w14:textId="77777777" w:rsidR="00562CD4" w:rsidRDefault="00562CD4"/>
        </w:tc>
        <w:tc>
          <w:tcPr>
            <w:tcW w:w="1728" w:type="dxa"/>
          </w:tcPr>
          <w:p w14:paraId="0EF119F7" w14:textId="77777777" w:rsidR="00562CD4" w:rsidRDefault="00562CD4"/>
        </w:tc>
      </w:tr>
      <w:tr w:rsidR="00562CD4" w14:paraId="0034BFB4" w14:textId="77777777">
        <w:tc>
          <w:tcPr>
            <w:tcW w:w="1728" w:type="dxa"/>
          </w:tcPr>
          <w:p w14:paraId="3EA2A3D7" w14:textId="77777777" w:rsidR="00562CD4" w:rsidRDefault="00562CD4"/>
        </w:tc>
        <w:tc>
          <w:tcPr>
            <w:tcW w:w="1728" w:type="dxa"/>
          </w:tcPr>
          <w:p w14:paraId="00744BA5" w14:textId="77777777" w:rsidR="00562CD4" w:rsidRDefault="00562CD4"/>
        </w:tc>
        <w:tc>
          <w:tcPr>
            <w:tcW w:w="1728" w:type="dxa"/>
          </w:tcPr>
          <w:p w14:paraId="0886B8EF" w14:textId="77777777" w:rsidR="00562CD4" w:rsidRDefault="00562CD4"/>
        </w:tc>
        <w:tc>
          <w:tcPr>
            <w:tcW w:w="1728" w:type="dxa"/>
          </w:tcPr>
          <w:p w14:paraId="337160F3" w14:textId="77777777" w:rsidR="00562CD4" w:rsidRDefault="00562CD4"/>
        </w:tc>
        <w:tc>
          <w:tcPr>
            <w:tcW w:w="1728" w:type="dxa"/>
          </w:tcPr>
          <w:p w14:paraId="1FA10B21" w14:textId="77777777" w:rsidR="00562CD4" w:rsidRDefault="00562CD4"/>
        </w:tc>
      </w:tr>
      <w:tr w:rsidR="00562CD4" w14:paraId="66D2779C" w14:textId="77777777">
        <w:tc>
          <w:tcPr>
            <w:tcW w:w="1728" w:type="dxa"/>
          </w:tcPr>
          <w:p w14:paraId="02AB1BE5" w14:textId="77777777" w:rsidR="00562CD4" w:rsidRDefault="00562CD4"/>
        </w:tc>
        <w:tc>
          <w:tcPr>
            <w:tcW w:w="1728" w:type="dxa"/>
          </w:tcPr>
          <w:p w14:paraId="7959E490" w14:textId="77777777" w:rsidR="00562CD4" w:rsidRDefault="00562CD4"/>
        </w:tc>
        <w:tc>
          <w:tcPr>
            <w:tcW w:w="1728" w:type="dxa"/>
          </w:tcPr>
          <w:p w14:paraId="08A25A02" w14:textId="77777777" w:rsidR="00562CD4" w:rsidRDefault="00562CD4"/>
        </w:tc>
        <w:tc>
          <w:tcPr>
            <w:tcW w:w="1728" w:type="dxa"/>
          </w:tcPr>
          <w:p w14:paraId="5763B7BF" w14:textId="77777777" w:rsidR="00562CD4" w:rsidRDefault="00562CD4"/>
        </w:tc>
        <w:tc>
          <w:tcPr>
            <w:tcW w:w="1728" w:type="dxa"/>
          </w:tcPr>
          <w:p w14:paraId="278CFCFF" w14:textId="77777777" w:rsidR="00562CD4" w:rsidRDefault="00562CD4"/>
        </w:tc>
      </w:tr>
    </w:tbl>
    <w:p w14:paraId="4069F875" w14:textId="77777777" w:rsidR="00562CD4" w:rsidRDefault="00F00428">
      <w:r>
        <w:rPr>
          <w:b/>
          <w:sz w:val="24"/>
        </w:rPr>
        <w:t>4. Trade References (3 Required)</w:t>
      </w:r>
    </w:p>
    <w:tbl>
      <w:tblPr>
        <w:tblW w:w="0" w:type="auto"/>
        <w:tblLook w:val="04A0" w:firstRow="1" w:lastRow="0" w:firstColumn="1" w:lastColumn="0" w:noHBand="0" w:noVBand="1"/>
      </w:tblPr>
      <w:tblGrid>
        <w:gridCol w:w="4320"/>
        <w:gridCol w:w="4320"/>
      </w:tblGrid>
      <w:tr w:rsidR="00562CD4" w14:paraId="69A3D3FB" w14:textId="77777777">
        <w:tc>
          <w:tcPr>
            <w:tcW w:w="4320" w:type="dxa"/>
          </w:tcPr>
          <w:p w14:paraId="3C6D7639" w14:textId="77777777" w:rsidR="00562CD4" w:rsidRDefault="00F00428">
            <w:r>
              <w:t>1. Company Name:</w:t>
            </w:r>
          </w:p>
        </w:tc>
        <w:tc>
          <w:tcPr>
            <w:tcW w:w="4320" w:type="dxa"/>
          </w:tcPr>
          <w:p w14:paraId="4E5D3AC1" w14:textId="77777777" w:rsidR="00562CD4" w:rsidRDefault="00562CD4"/>
        </w:tc>
      </w:tr>
      <w:tr w:rsidR="00562CD4" w14:paraId="2666789F" w14:textId="77777777">
        <w:tc>
          <w:tcPr>
            <w:tcW w:w="4320" w:type="dxa"/>
          </w:tcPr>
          <w:p w14:paraId="4D08242B" w14:textId="77777777" w:rsidR="00562CD4" w:rsidRDefault="00F00428">
            <w:r>
              <w:t>Contact:</w:t>
            </w:r>
          </w:p>
        </w:tc>
        <w:tc>
          <w:tcPr>
            <w:tcW w:w="4320" w:type="dxa"/>
          </w:tcPr>
          <w:p w14:paraId="4C60533F" w14:textId="77777777" w:rsidR="00562CD4" w:rsidRDefault="00562CD4"/>
        </w:tc>
      </w:tr>
      <w:tr w:rsidR="00562CD4" w14:paraId="42C196E3" w14:textId="77777777">
        <w:tc>
          <w:tcPr>
            <w:tcW w:w="4320" w:type="dxa"/>
          </w:tcPr>
          <w:p w14:paraId="442E3258" w14:textId="77777777" w:rsidR="00562CD4" w:rsidRDefault="00F00428">
            <w:r>
              <w:t>Phone:</w:t>
            </w:r>
          </w:p>
        </w:tc>
        <w:tc>
          <w:tcPr>
            <w:tcW w:w="4320" w:type="dxa"/>
          </w:tcPr>
          <w:p w14:paraId="3B4E37DB" w14:textId="77777777" w:rsidR="00562CD4" w:rsidRDefault="00562CD4"/>
        </w:tc>
      </w:tr>
      <w:tr w:rsidR="00562CD4" w14:paraId="3152519F" w14:textId="77777777">
        <w:tc>
          <w:tcPr>
            <w:tcW w:w="4320" w:type="dxa"/>
          </w:tcPr>
          <w:p w14:paraId="17C66380" w14:textId="77777777" w:rsidR="00562CD4" w:rsidRDefault="00F00428">
            <w:r>
              <w:t>Email:</w:t>
            </w:r>
          </w:p>
        </w:tc>
        <w:tc>
          <w:tcPr>
            <w:tcW w:w="4320" w:type="dxa"/>
          </w:tcPr>
          <w:p w14:paraId="30E3E198" w14:textId="77777777" w:rsidR="00562CD4" w:rsidRDefault="00562CD4"/>
        </w:tc>
      </w:tr>
      <w:tr w:rsidR="00562CD4" w14:paraId="3D25C83C" w14:textId="77777777">
        <w:tc>
          <w:tcPr>
            <w:tcW w:w="4320" w:type="dxa"/>
          </w:tcPr>
          <w:p w14:paraId="3E120C97" w14:textId="77777777" w:rsidR="00562CD4" w:rsidRDefault="00F00428">
            <w:r>
              <w:t>Address:</w:t>
            </w:r>
          </w:p>
        </w:tc>
        <w:tc>
          <w:tcPr>
            <w:tcW w:w="4320" w:type="dxa"/>
          </w:tcPr>
          <w:p w14:paraId="5579CFCD" w14:textId="77777777" w:rsidR="00562CD4" w:rsidRDefault="00562CD4"/>
        </w:tc>
      </w:tr>
    </w:tbl>
    <w:p w14:paraId="6D7F7AB0" w14:textId="77777777" w:rsidR="00562CD4" w:rsidRDefault="00562CD4"/>
    <w:tbl>
      <w:tblPr>
        <w:tblW w:w="0" w:type="auto"/>
        <w:tblLook w:val="04A0" w:firstRow="1" w:lastRow="0" w:firstColumn="1" w:lastColumn="0" w:noHBand="0" w:noVBand="1"/>
      </w:tblPr>
      <w:tblGrid>
        <w:gridCol w:w="4320"/>
        <w:gridCol w:w="4320"/>
      </w:tblGrid>
      <w:tr w:rsidR="00562CD4" w14:paraId="130E6467" w14:textId="77777777">
        <w:tc>
          <w:tcPr>
            <w:tcW w:w="4320" w:type="dxa"/>
          </w:tcPr>
          <w:p w14:paraId="4E92AA6C" w14:textId="77777777" w:rsidR="00562CD4" w:rsidRDefault="00F00428">
            <w:r>
              <w:t>2. Company Name:</w:t>
            </w:r>
          </w:p>
        </w:tc>
        <w:tc>
          <w:tcPr>
            <w:tcW w:w="4320" w:type="dxa"/>
          </w:tcPr>
          <w:p w14:paraId="6BA0CE11" w14:textId="77777777" w:rsidR="00562CD4" w:rsidRDefault="00562CD4"/>
        </w:tc>
      </w:tr>
      <w:tr w:rsidR="00562CD4" w14:paraId="49DD38C0" w14:textId="77777777">
        <w:tc>
          <w:tcPr>
            <w:tcW w:w="4320" w:type="dxa"/>
          </w:tcPr>
          <w:p w14:paraId="2A2E9192" w14:textId="77777777" w:rsidR="00562CD4" w:rsidRDefault="00F00428">
            <w:r>
              <w:t>Contact:</w:t>
            </w:r>
          </w:p>
        </w:tc>
        <w:tc>
          <w:tcPr>
            <w:tcW w:w="4320" w:type="dxa"/>
          </w:tcPr>
          <w:p w14:paraId="579352D2" w14:textId="77777777" w:rsidR="00562CD4" w:rsidRDefault="00562CD4"/>
        </w:tc>
      </w:tr>
      <w:tr w:rsidR="00562CD4" w14:paraId="2C8B3DB4" w14:textId="77777777">
        <w:tc>
          <w:tcPr>
            <w:tcW w:w="4320" w:type="dxa"/>
          </w:tcPr>
          <w:p w14:paraId="46D6FE42" w14:textId="77777777" w:rsidR="00562CD4" w:rsidRDefault="00F00428">
            <w:r>
              <w:t>Phone:</w:t>
            </w:r>
          </w:p>
        </w:tc>
        <w:tc>
          <w:tcPr>
            <w:tcW w:w="4320" w:type="dxa"/>
          </w:tcPr>
          <w:p w14:paraId="40E50204" w14:textId="77777777" w:rsidR="00562CD4" w:rsidRDefault="00562CD4"/>
        </w:tc>
      </w:tr>
      <w:tr w:rsidR="00562CD4" w14:paraId="1B615279" w14:textId="77777777">
        <w:tc>
          <w:tcPr>
            <w:tcW w:w="4320" w:type="dxa"/>
          </w:tcPr>
          <w:p w14:paraId="74CAEB98" w14:textId="77777777" w:rsidR="00562CD4" w:rsidRDefault="00F00428">
            <w:r>
              <w:t>Email:</w:t>
            </w:r>
          </w:p>
        </w:tc>
        <w:tc>
          <w:tcPr>
            <w:tcW w:w="4320" w:type="dxa"/>
          </w:tcPr>
          <w:p w14:paraId="27BD11D1" w14:textId="77777777" w:rsidR="00562CD4" w:rsidRDefault="00562CD4"/>
        </w:tc>
      </w:tr>
      <w:tr w:rsidR="00562CD4" w14:paraId="30EEC679" w14:textId="77777777">
        <w:tc>
          <w:tcPr>
            <w:tcW w:w="4320" w:type="dxa"/>
          </w:tcPr>
          <w:p w14:paraId="7FA5B3BC" w14:textId="77777777" w:rsidR="00562CD4" w:rsidRDefault="00F00428">
            <w:r>
              <w:t>Address:</w:t>
            </w:r>
          </w:p>
        </w:tc>
        <w:tc>
          <w:tcPr>
            <w:tcW w:w="4320" w:type="dxa"/>
          </w:tcPr>
          <w:p w14:paraId="12ED33F4" w14:textId="77777777" w:rsidR="00562CD4" w:rsidRDefault="00562CD4"/>
        </w:tc>
      </w:tr>
    </w:tbl>
    <w:p w14:paraId="5340D796" w14:textId="77777777" w:rsidR="00562CD4" w:rsidRDefault="00562CD4"/>
    <w:tbl>
      <w:tblPr>
        <w:tblW w:w="0" w:type="auto"/>
        <w:tblLook w:val="04A0" w:firstRow="1" w:lastRow="0" w:firstColumn="1" w:lastColumn="0" w:noHBand="0" w:noVBand="1"/>
      </w:tblPr>
      <w:tblGrid>
        <w:gridCol w:w="4320"/>
        <w:gridCol w:w="4320"/>
      </w:tblGrid>
      <w:tr w:rsidR="00562CD4" w14:paraId="4ECD0B76" w14:textId="77777777">
        <w:tc>
          <w:tcPr>
            <w:tcW w:w="4320" w:type="dxa"/>
          </w:tcPr>
          <w:p w14:paraId="799B8834" w14:textId="77777777" w:rsidR="00562CD4" w:rsidRDefault="00F00428">
            <w:r>
              <w:t>3. Company Name:</w:t>
            </w:r>
          </w:p>
        </w:tc>
        <w:tc>
          <w:tcPr>
            <w:tcW w:w="4320" w:type="dxa"/>
          </w:tcPr>
          <w:p w14:paraId="5EC5369D" w14:textId="77777777" w:rsidR="00562CD4" w:rsidRDefault="00562CD4"/>
        </w:tc>
      </w:tr>
      <w:tr w:rsidR="00562CD4" w14:paraId="4401D80A" w14:textId="77777777">
        <w:tc>
          <w:tcPr>
            <w:tcW w:w="4320" w:type="dxa"/>
          </w:tcPr>
          <w:p w14:paraId="2B3D9352" w14:textId="77777777" w:rsidR="00562CD4" w:rsidRDefault="00F00428">
            <w:r>
              <w:t>Contact:</w:t>
            </w:r>
          </w:p>
        </w:tc>
        <w:tc>
          <w:tcPr>
            <w:tcW w:w="4320" w:type="dxa"/>
          </w:tcPr>
          <w:p w14:paraId="74498861" w14:textId="77777777" w:rsidR="00562CD4" w:rsidRDefault="00562CD4"/>
        </w:tc>
      </w:tr>
      <w:tr w:rsidR="00562CD4" w14:paraId="1CEC0612" w14:textId="77777777">
        <w:tc>
          <w:tcPr>
            <w:tcW w:w="4320" w:type="dxa"/>
          </w:tcPr>
          <w:p w14:paraId="15C9D991" w14:textId="77777777" w:rsidR="00562CD4" w:rsidRDefault="00F00428">
            <w:r>
              <w:t>Phone:</w:t>
            </w:r>
          </w:p>
        </w:tc>
        <w:tc>
          <w:tcPr>
            <w:tcW w:w="4320" w:type="dxa"/>
          </w:tcPr>
          <w:p w14:paraId="7BAC52A9" w14:textId="77777777" w:rsidR="00562CD4" w:rsidRDefault="00562CD4"/>
        </w:tc>
      </w:tr>
      <w:tr w:rsidR="00562CD4" w14:paraId="51B061CF" w14:textId="77777777">
        <w:tc>
          <w:tcPr>
            <w:tcW w:w="4320" w:type="dxa"/>
          </w:tcPr>
          <w:p w14:paraId="25B1B0F0" w14:textId="77777777" w:rsidR="00562CD4" w:rsidRDefault="00F00428">
            <w:r>
              <w:t>Email:</w:t>
            </w:r>
          </w:p>
        </w:tc>
        <w:tc>
          <w:tcPr>
            <w:tcW w:w="4320" w:type="dxa"/>
          </w:tcPr>
          <w:p w14:paraId="2CDDBD35" w14:textId="77777777" w:rsidR="00562CD4" w:rsidRDefault="00562CD4"/>
        </w:tc>
      </w:tr>
      <w:tr w:rsidR="00562CD4" w14:paraId="745DCEAA" w14:textId="77777777">
        <w:tc>
          <w:tcPr>
            <w:tcW w:w="4320" w:type="dxa"/>
          </w:tcPr>
          <w:p w14:paraId="76A52DF1" w14:textId="77777777" w:rsidR="00562CD4" w:rsidRDefault="00F00428">
            <w:r>
              <w:t>Address:</w:t>
            </w:r>
          </w:p>
        </w:tc>
        <w:tc>
          <w:tcPr>
            <w:tcW w:w="4320" w:type="dxa"/>
          </w:tcPr>
          <w:p w14:paraId="39E07E65" w14:textId="77777777" w:rsidR="00562CD4" w:rsidRDefault="00562CD4"/>
        </w:tc>
      </w:tr>
    </w:tbl>
    <w:p w14:paraId="4DCE5820" w14:textId="77777777" w:rsidR="00562CD4" w:rsidRDefault="00562CD4"/>
    <w:p w14:paraId="64BA3DAD" w14:textId="77777777" w:rsidR="00F00428" w:rsidRDefault="00F00428">
      <w:pPr>
        <w:rPr>
          <w:b/>
          <w:sz w:val="24"/>
        </w:rPr>
      </w:pPr>
    </w:p>
    <w:p w14:paraId="0017B3F2" w14:textId="42201B0B" w:rsidR="00562CD4" w:rsidRDefault="00F00428">
      <w:r>
        <w:rPr>
          <w:b/>
          <w:sz w:val="24"/>
        </w:rPr>
        <w:t>5. Bank Information</w:t>
      </w:r>
    </w:p>
    <w:tbl>
      <w:tblPr>
        <w:tblW w:w="0" w:type="auto"/>
        <w:tblLook w:val="04A0" w:firstRow="1" w:lastRow="0" w:firstColumn="1" w:lastColumn="0" w:noHBand="0" w:noVBand="1"/>
      </w:tblPr>
      <w:tblGrid>
        <w:gridCol w:w="4320"/>
        <w:gridCol w:w="4320"/>
      </w:tblGrid>
      <w:tr w:rsidR="00562CD4" w14:paraId="042B5165" w14:textId="77777777">
        <w:tc>
          <w:tcPr>
            <w:tcW w:w="4320" w:type="dxa"/>
          </w:tcPr>
          <w:p w14:paraId="285F091B" w14:textId="77777777" w:rsidR="00562CD4" w:rsidRDefault="00F00428">
            <w:r>
              <w:t>Bank Name:</w:t>
            </w:r>
          </w:p>
        </w:tc>
        <w:tc>
          <w:tcPr>
            <w:tcW w:w="4320" w:type="dxa"/>
          </w:tcPr>
          <w:p w14:paraId="60ED2182" w14:textId="77777777" w:rsidR="00562CD4" w:rsidRDefault="00562CD4"/>
        </w:tc>
      </w:tr>
      <w:tr w:rsidR="00562CD4" w14:paraId="15774C1C" w14:textId="77777777">
        <w:tc>
          <w:tcPr>
            <w:tcW w:w="4320" w:type="dxa"/>
          </w:tcPr>
          <w:p w14:paraId="0CDE4904" w14:textId="77777777" w:rsidR="00562CD4" w:rsidRDefault="00F00428">
            <w:r>
              <w:t>Account Type:</w:t>
            </w:r>
          </w:p>
        </w:tc>
        <w:tc>
          <w:tcPr>
            <w:tcW w:w="4320" w:type="dxa"/>
          </w:tcPr>
          <w:p w14:paraId="46A3D035" w14:textId="77777777" w:rsidR="00562CD4" w:rsidRDefault="00F00428">
            <w:r>
              <w:t>☐</w:t>
            </w:r>
            <w:r>
              <w:t xml:space="preserve"> Checking   ☐ Savings</w:t>
            </w:r>
          </w:p>
        </w:tc>
      </w:tr>
      <w:tr w:rsidR="00562CD4" w14:paraId="21D61A85" w14:textId="77777777">
        <w:tc>
          <w:tcPr>
            <w:tcW w:w="4320" w:type="dxa"/>
          </w:tcPr>
          <w:p w14:paraId="1CAF9342" w14:textId="77777777" w:rsidR="00562CD4" w:rsidRDefault="00F00428">
            <w:r>
              <w:t>Account Number (last 4 only):</w:t>
            </w:r>
          </w:p>
        </w:tc>
        <w:tc>
          <w:tcPr>
            <w:tcW w:w="4320" w:type="dxa"/>
          </w:tcPr>
          <w:p w14:paraId="16B11096" w14:textId="77777777" w:rsidR="00562CD4" w:rsidRDefault="00562CD4"/>
        </w:tc>
      </w:tr>
      <w:tr w:rsidR="00562CD4" w14:paraId="09C04EB4" w14:textId="77777777">
        <w:tc>
          <w:tcPr>
            <w:tcW w:w="4320" w:type="dxa"/>
          </w:tcPr>
          <w:p w14:paraId="2DC4137E" w14:textId="77777777" w:rsidR="00562CD4" w:rsidRDefault="00F00428">
            <w:r>
              <w:t>Bank Contact:</w:t>
            </w:r>
          </w:p>
        </w:tc>
        <w:tc>
          <w:tcPr>
            <w:tcW w:w="4320" w:type="dxa"/>
          </w:tcPr>
          <w:p w14:paraId="562CA4EF" w14:textId="77777777" w:rsidR="00562CD4" w:rsidRDefault="00562CD4"/>
        </w:tc>
      </w:tr>
      <w:tr w:rsidR="00562CD4" w14:paraId="17CC5051" w14:textId="77777777">
        <w:tc>
          <w:tcPr>
            <w:tcW w:w="4320" w:type="dxa"/>
          </w:tcPr>
          <w:p w14:paraId="3197F5C1" w14:textId="77777777" w:rsidR="00562CD4" w:rsidRDefault="00F00428">
            <w:r>
              <w:t>Bank Phone:</w:t>
            </w:r>
          </w:p>
        </w:tc>
        <w:tc>
          <w:tcPr>
            <w:tcW w:w="4320" w:type="dxa"/>
          </w:tcPr>
          <w:p w14:paraId="2DBBC6F4" w14:textId="77777777" w:rsidR="00562CD4" w:rsidRDefault="00562CD4"/>
        </w:tc>
      </w:tr>
    </w:tbl>
    <w:p w14:paraId="1431E674" w14:textId="77777777" w:rsidR="00562CD4" w:rsidRDefault="00562CD4"/>
    <w:p w14:paraId="5962BE5D" w14:textId="77777777" w:rsidR="00562CD4" w:rsidRDefault="00F00428">
      <w:r>
        <w:rPr>
          <w:b/>
          <w:sz w:val="24"/>
        </w:rPr>
        <w:t>6. Terms &amp; Conditions</w:t>
      </w:r>
    </w:p>
    <w:p w14:paraId="3C2DE7E7" w14:textId="4812BD4E" w:rsidR="00562CD4" w:rsidRDefault="00F00428">
      <w:r>
        <w:t xml:space="preserve">All invoices are due within </w:t>
      </w:r>
      <w:r w:rsidR="00407EF5">
        <w:t>30</w:t>
      </w:r>
      <w:r>
        <w:t xml:space="preserve"> days from the invoice date unless otherwise agreed in writing. Past‑due balances may be subject to a service charge of </w:t>
      </w:r>
      <w:r w:rsidR="00407EF5">
        <w:t>5</w:t>
      </w:r>
      <w:r>
        <w:t>% per month. Sartori1948 LLC reserves the right to revoke credit terms at any time. The applicant authorizes Sartori1948 LLC to verify credit history, including contacting bank and trade references. In the event of default, the applicant agrees to pay all collection costs, legal fees, and related expenses.</w:t>
      </w:r>
    </w:p>
    <w:p w14:paraId="482654E5" w14:textId="77777777" w:rsidR="00562CD4" w:rsidRDefault="00562CD4"/>
    <w:p w14:paraId="0193B614" w14:textId="77777777" w:rsidR="00562CD4" w:rsidRDefault="00F00428">
      <w:r>
        <w:rPr>
          <w:b/>
          <w:sz w:val="24"/>
        </w:rPr>
        <w:t>7. Personal Guarantee (Optional / If Required)</w:t>
      </w:r>
    </w:p>
    <w:tbl>
      <w:tblPr>
        <w:tblW w:w="0" w:type="auto"/>
        <w:tblLook w:val="04A0" w:firstRow="1" w:lastRow="0" w:firstColumn="1" w:lastColumn="0" w:noHBand="0" w:noVBand="1"/>
      </w:tblPr>
      <w:tblGrid>
        <w:gridCol w:w="4320"/>
        <w:gridCol w:w="4320"/>
      </w:tblGrid>
      <w:tr w:rsidR="00562CD4" w14:paraId="186B6552" w14:textId="77777777">
        <w:tc>
          <w:tcPr>
            <w:tcW w:w="4320" w:type="dxa"/>
          </w:tcPr>
          <w:p w14:paraId="1ABCCB6D" w14:textId="77777777" w:rsidR="00562CD4" w:rsidRDefault="00F00428">
            <w:r>
              <w:t>Guarantor Name:</w:t>
            </w:r>
          </w:p>
        </w:tc>
        <w:tc>
          <w:tcPr>
            <w:tcW w:w="4320" w:type="dxa"/>
          </w:tcPr>
          <w:p w14:paraId="57D4C3E1" w14:textId="77777777" w:rsidR="00562CD4" w:rsidRDefault="00562CD4"/>
        </w:tc>
      </w:tr>
      <w:tr w:rsidR="00562CD4" w14:paraId="555B10CD" w14:textId="77777777">
        <w:tc>
          <w:tcPr>
            <w:tcW w:w="4320" w:type="dxa"/>
          </w:tcPr>
          <w:p w14:paraId="6B1ABD06" w14:textId="77777777" w:rsidR="00562CD4" w:rsidRDefault="00F00428">
            <w:r>
              <w:t>Home Address:</w:t>
            </w:r>
          </w:p>
        </w:tc>
        <w:tc>
          <w:tcPr>
            <w:tcW w:w="4320" w:type="dxa"/>
          </w:tcPr>
          <w:p w14:paraId="7BD27EE5" w14:textId="77777777" w:rsidR="00562CD4" w:rsidRDefault="00562CD4"/>
        </w:tc>
      </w:tr>
    </w:tbl>
    <w:p w14:paraId="21A05AD2" w14:textId="77777777" w:rsidR="00562CD4" w:rsidRDefault="00F00428">
      <w:r>
        <w:rPr>
          <w:b/>
        </w:rPr>
        <w:t xml:space="preserve">Signature: </w:t>
      </w:r>
      <w:r>
        <w:t xml:space="preserve">______________________________    </w:t>
      </w:r>
      <w:r>
        <w:rPr>
          <w:b/>
        </w:rPr>
        <w:t xml:space="preserve">Date: </w:t>
      </w:r>
      <w:r>
        <w:t>______________</w:t>
      </w:r>
    </w:p>
    <w:p w14:paraId="1FC8F5AB" w14:textId="77777777" w:rsidR="00562CD4" w:rsidRDefault="00562CD4"/>
    <w:p w14:paraId="7B85709E" w14:textId="77777777" w:rsidR="00562CD4" w:rsidRDefault="00F00428">
      <w:r>
        <w:rPr>
          <w:b/>
          <w:sz w:val="24"/>
        </w:rPr>
        <w:t>8. Certification &amp; Signature</w:t>
      </w:r>
    </w:p>
    <w:tbl>
      <w:tblPr>
        <w:tblW w:w="0" w:type="auto"/>
        <w:tblLook w:val="04A0" w:firstRow="1" w:lastRow="0" w:firstColumn="1" w:lastColumn="0" w:noHBand="0" w:noVBand="1"/>
      </w:tblPr>
      <w:tblGrid>
        <w:gridCol w:w="4320"/>
        <w:gridCol w:w="4320"/>
      </w:tblGrid>
      <w:tr w:rsidR="00562CD4" w14:paraId="2177966D" w14:textId="77777777">
        <w:tc>
          <w:tcPr>
            <w:tcW w:w="4320" w:type="dxa"/>
          </w:tcPr>
          <w:p w14:paraId="493E52E3" w14:textId="77777777" w:rsidR="00562CD4" w:rsidRDefault="00F00428">
            <w:r>
              <w:t>Authorized Signer Name:</w:t>
            </w:r>
          </w:p>
        </w:tc>
        <w:tc>
          <w:tcPr>
            <w:tcW w:w="4320" w:type="dxa"/>
          </w:tcPr>
          <w:p w14:paraId="76FEA11C" w14:textId="77777777" w:rsidR="00562CD4" w:rsidRDefault="00562CD4"/>
        </w:tc>
      </w:tr>
      <w:tr w:rsidR="00562CD4" w14:paraId="1CEF28BD" w14:textId="77777777">
        <w:tc>
          <w:tcPr>
            <w:tcW w:w="4320" w:type="dxa"/>
          </w:tcPr>
          <w:p w14:paraId="03D292C4" w14:textId="77777777" w:rsidR="00562CD4" w:rsidRDefault="00F00428">
            <w:r>
              <w:t>Title:</w:t>
            </w:r>
          </w:p>
        </w:tc>
        <w:tc>
          <w:tcPr>
            <w:tcW w:w="4320" w:type="dxa"/>
          </w:tcPr>
          <w:p w14:paraId="40552166" w14:textId="77777777" w:rsidR="00562CD4" w:rsidRDefault="00562CD4"/>
        </w:tc>
      </w:tr>
    </w:tbl>
    <w:p w14:paraId="1DFA969B" w14:textId="77777777" w:rsidR="00562CD4" w:rsidRDefault="00F00428">
      <w:r>
        <w:rPr>
          <w:b/>
        </w:rPr>
        <w:t xml:space="preserve">Signature: </w:t>
      </w:r>
      <w:r>
        <w:t xml:space="preserve">______________________________    </w:t>
      </w:r>
      <w:r>
        <w:rPr>
          <w:b/>
        </w:rPr>
        <w:t xml:space="preserve">Date: </w:t>
      </w:r>
      <w:r>
        <w:t>______________</w:t>
      </w:r>
    </w:p>
    <w:p w14:paraId="317077C6" w14:textId="77777777" w:rsidR="00562CD4" w:rsidRDefault="00562CD4"/>
    <w:p w14:paraId="42AFBB00" w14:textId="77777777" w:rsidR="00562CD4" w:rsidRDefault="00F00428">
      <w:r>
        <w:rPr>
          <w:i/>
        </w:rPr>
        <w:t>Submit completed application to: neil@sartori1948.com • Phone: 561-704-1964</w:t>
      </w:r>
    </w:p>
    <w:sectPr w:rsidR="00562CD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85470197">
    <w:abstractNumId w:val="8"/>
  </w:num>
  <w:num w:numId="2" w16cid:durableId="1987511952">
    <w:abstractNumId w:val="6"/>
  </w:num>
  <w:num w:numId="3" w16cid:durableId="1776751972">
    <w:abstractNumId w:val="5"/>
  </w:num>
  <w:num w:numId="4" w16cid:durableId="1432552690">
    <w:abstractNumId w:val="4"/>
  </w:num>
  <w:num w:numId="5" w16cid:durableId="239558197">
    <w:abstractNumId w:val="7"/>
  </w:num>
  <w:num w:numId="6" w16cid:durableId="269624590">
    <w:abstractNumId w:val="3"/>
  </w:num>
  <w:num w:numId="7" w16cid:durableId="375396266">
    <w:abstractNumId w:val="2"/>
  </w:num>
  <w:num w:numId="8" w16cid:durableId="1416854198">
    <w:abstractNumId w:val="1"/>
  </w:num>
  <w:num w:numId="9" w16cid:durableId="2130973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B43FA"/>
    <w:rsid w:val="0015074B"/>
    <w:rsid w:val="0029639D"/>
    <w:rsid w:val="00326F90"/>
    <w:rsid w:val="00407EF5"/>
    <w:rsid w:val="00562CD4"/>
    <w:rsid w:val="00594B89"/>
    <w:rsid w:val="00AA1D8D"/>
    <w:rsid w:val="00B47730"/>
    <w:rsid w:val="00CB0664"/>
    <w:rsid w:val="00D66E0D"/>
    <w:rsid w:val="00F0042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1F2B31"/>
  <w14:defaultImageDpi w14:val="300"/>
  <w15:docId w15:val="{26E1E57E-FA12-4E30-8730-516292F56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66E0D"/>
    <w:rPr>
      <w:color w:val="0000FF" w:themeColor="hyperlink"/>
      <w:u w:val="single"/>
    </w:rPr>
  </w:style>
  <w:style w:type="character" w:styleId="UnresolvedMention">
    <w:name w:val="Unresolved Mention"/>
    <w:basedOn w:val="DefaultParagraphFont"/>
    <w:uiPriority w:val="99"/>
    <w:semiHidden/>
    <w:unhideWhenUsed/>
    <w:rsid w:val="00D66E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rtori1948.com" TargetMode="External"/><Relationship Id="rId3" Type="http://schemas.openxmlformats.org/officeDocument/2006/relationships/styles" Target="styles.xml"/><Relationship Id="rId7" Type="http://schemas.openxmlformats.org/officeDocument/2006/relationships/hyperlink" Target="mailto:neil@sartori1948.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300</Words>
  <Characters>1712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Wodan Gelens</cp:lastModifiedBy>
  <cp:revision>4</cp:revision>
  <dcterms:created xsi:type="dcterms:W3CDTF">2026-01-23T15:09:00Z</dcterms:created>
  <dcterms:modified xsi:type="dcterms:W3CDTF">2026-02-04T02:04:00Z</dcterms:modified>
  <cp:category/>
</cp:coreProperties>
</file>